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191A" w14:textId="77777777" w:rsidR="00025474" w:rsidRDefault="0099114D" w:rsidP="00FE26EC">
      <w:pPr>
        <w:spacing w:after="0"/>
        <w:jc w:val="center"/>
        <w:rPr>
          <w:lang w:eastAsia="ja-JP"/>
        </w:rPr>
      </w:pPr>
      <w:r>
        <w:rPr>
          <w:b/>
          <w:color w:val="1F4E79"/>
          <w:sz w:val="34"/>
          <w:lang w:eastAsia="ja-JP"/>
        </w:rPr>
        <w:t>職務経験シート</w:t>
      </w:r>
    </w:p>
    <w:p w14:paraId="3534CE24" w14:textId="6F5E0E12" w:rsidR="00025474" w:rsidRDefault="00025474" w:rsidP="00FE26EC">
      <w:pPr>
        <w:spacing w:after="0"/>
        <w:jc w:val="center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025474" w14:paraId="7BC7B865" w14:textId="77777777">
        <w:trPr>
          <w:jc w:val="center"/>
        </w:trPr>
        <w:tc>
          <w:tcPr>
            <w:tcW w:w="5184" w:type="dxa"/>
            <w:tcBorders>
              <w:bottom w:val="single" w:sz="5" w:space="0" w:color="A7B3C2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D510CC" w14:textId="77777777" w:rsidR="00025474" w:rsidRDefault="0099114D" w:rsidP="00FE26EC">
            <w:pPr>
              <w:spacing w:after="0" w:line="252" w:lineRule="auto"/>
            </w:pPr>
            <w:proofErr w:type="spellStart"/>
            <w:r>
              <w:rPr>
                <w:color w:val="222222"/>
                <w:sz w:val="21"/>
              </w:rPr>
              <w:t>氏名</w:t>
            </w:r>
            <w:proofErr w:type="spellEnd"/>
            <w:r>
              <w:rPr>
                <w:color w:val="222222"/>
                <w:sz w:val="21"/>
              </w:rPr>
              <w:t xml:space="preserve">：　　　　　　　　　　　　　　　　　　　　</w:t>
            </w:r>
          </w:p>
        </w:tc>
        <w:tc>
          <w:tcPr>
            <w:tcW w:w="5184" w:type="dxa"/>
            <w:tcBorders>
              <w:bottom w:val="single" w:sz="5" w:space="0" w:color="A7B3C2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F23429" w14:textId="77777777" w:rsidR="00025474" w:rsidRDefault="0099114D" w:rsidP="00FE26EC">
            <w:pPr>
              <w:spacing w:after="0" w:line="252" w:lineRule="auto"/>
            </w:pPr>
            <w:r>
              <w:rPr>
                <w:color w:val="222222"/>
                <w:sz w:val="21"/>
              </w:rPr>
              <w:t>記入日：　　　年　　　月　　　日</w:t>
            </w:r>
          </w:p>
        </w:tc>
      </w:tr>
    </w:tbl>
    <w:p w14:paraId="37FA010A" w14:textId="77777777" w:rsidR="00025474" w:rsidRDefault="00025474" w:rsidP="00FE26EC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53C16694" w14:textId="77777777">
        <w:trPr>
          <w:jc w:val="center"/>
        </w:trPr>
        <w:tc>
          <w:tcPr>
            <w:tcW w:w="10368" w:type="dxa"/>
            <w:tcBorders>
              <w:top w:val="single" w:sz="5" w:space="0" w:color="C8D2DE"/>
              <w:left w:val="single" w:sz="5" w:space="0" w:color="C8D2DE"/>
              <w:bottom w:val="single" w:sz="5" w:space="0" w:color="C8D2DE"/>
              <w:right w:val="single" w:sz="5" w:space="0" w:color="C8D2DE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06AA56" w14:textId="66BC041B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color w:val="3D4754"/>
                <w:sz w:val="19"/>
                <w:lang w:eastAsia="ja-JP"/>
              </w:rPr>
              <w:t>これまでの職務経験について、できるだけ具体的にご記入ください。役職名や担当業務だけでなく、ご自身がどのように考え、行動し、どのような結果につながったかが分かるように記載してください。</w:t>
            </w:r>
            <w:r w:rsidR="00C918BC" w:rsidRPr="00C918BC">
              <w:rPr>
                <w:color w:val="3D4754"/>
                <w:sz w:val="19"/>
                <w:lang w:eastAsia="ja-JP"/>
              </w:rPr>
              <w:t>各項目の記入量は、内容に応じて</w:t>
            </w:r>
            <w:r w:rsidR="00C918BC">
              <w:rPr>
                <w:rFonts w:hint="eastAsia"/>
                <w:color w:val="3D4754"/>
                <w:sz w:val="19"/>
                <w:lang w:eastAsia="ja-JP"/>
              </w:rPr>
              <w:t>適宜</w:t>
            </w:r>
            <w:r w:rsidR="00C918BC" w:rsidRPr="00C918BC">
              <w:rPr>
                <w:color w:val="3D4754"/>
                <w:sz w:val="19"/>
                <w:lang w:eastAsia="ja-JP"/>
              </w:rPr>
              <w:t>調整してください。</w:t>
            </w:r>
          </w:p>
        </w:tc>
      </w:tr>
    </w:tbl>
    <w:p w14:paraId="3D892497" w14:textId="77777777" w:rsidR="00025474" w:rsidRDefault="00025474" w:rsidP="00FE26EC">
      <w:pPr>
        <w:spacing w:after="0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2811ACB5" w14:textId="77777777">
        <w:trPr>
          <w:jc w:val="center"/>
        </w:trPr>
        <w:tc>
          <w:tcPr>
            <w:tcW w:w="103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D931D" w14:textId="77777777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FFFFFF"/>
                <w:lang w:eastAsia="ja-JP"/>
              </w:rPr>
              <w:t>1. これまで最も力を入れた仕事</w:t>
            </w:r>
          </w:p>
        </w:tc>
      </w:tr>
    </w:tbl>
    <w:p w14:paraId="491B682E" w14:textId="77777777" w:rsidR="00025474" w:rsidRDefault="0099114D" w:rsidP="00FE26EC">
      <w:pPr>
        <w:spacing w:before="60" w:after="0"/>
        <w:rPr>
          <w:lang w:eastAsia="ja-JP"/>
        </w:rPr>
      </w:pPr>
      <w:r>
        <w:rPr>
          <w:color w:val="222222"/>
          <w:sz w:val="20"/>
          <w:lang w:eastAsia="ja-JP"/>
        </w:rPr>
        <w:t>これまでの職務経験の中で、最も力を入れて取り組んだ仕事について記入してください。</w:t>
      </w:r>
    </w:p>
    <w:p w14:paraId="3B78910A" w14:textId="77777777" w:rsidR="00025474" w:rsidRDefault="0099114D" w:rsidP="00FE26EC">
      <w:pPr>
        <w:spacing w:after="0"/>
        <w:ind w:left="173"/>
        <w:rPr>
          <w:lang w:eastAsia="ja-JP"/>
        </w:rPr>
      </w:pPr>
      <w:r>
        <w:rPr>
          <w:color w:val="5B6573"/>
          <w:sz w:val="18"/>
          <w:lang w:eastAsia="ja-JP"/>
        </w:rPr>
        <w:t>記入の観点：どのような課題があったか／ご自身の役割・責任／どのように考え、行動したか／結果・成果・学んだこと</w:t>
      </w:r>
    </w:p>
    <w:p w14:paraId="4EC9B628" w14:textId="77777777" w:rsidR="000B120D" w:rsidRDefault="000B120D" w:rsidP="00FE26EC">
      <w:pPr>
        <w:spacing w:after="0"/>
        <w:rPr>
          <w:lang w:eastAsia="ja-JP"/>
        </w:rPr>
      </w:pPr>
    </w:p>
    <w:p w14:paraId="3DB941B6" w14:textId="77777777" w:rsidR="000B120D" w:rsidRDefault="000B120D" w:rsidP="00FE26EC">
      <w:pPr>
        <w:spacing w:after="0"/>
        <w:rPr>
          <w:lang w:eastAsia="ja-JP"/>
        </w:rPr>
      </w:pPr>
    </w:p>
    <w:p w14:paraId="297381CC" w14:textId="77777777" w:rsidR="000B120D" w:rsidRDefault="000B120D" w:rsidP="00FE26EC">
      <w:pPr>
        <w:spacing w:after="0"/>
        <w:rPr>
          <w:lang w:eastAsia="ja-JP"/>
        </w:rPr>
      </w:pPr>
    </w:p>
    <w:p w14:paraId="78C711FC" w14:textId="77777777" w:rsidR="000B120D" w:rsidRDefault="000B120D" w:rsidP="00FE26EC">
      <w:pPr>
        <w:spacing w:after="0"/>
        <w:rPr>
          <w:lang w:eastAsia="ja-JP"/>
        </w:rPr>
      </w:pPr>
    </w:p>
    <w:p w14:paraId="01B8F83E" w14:textId="77777777" w:rsidR="000B120D" w:rsidRDefault="000B120D" w:rsidP="00FE26EC">
      <w:pPr>
        <w:spacing w:after="0"/>
        <w:rPr>
          <w:lang w:eastAsia="ja-JP"/>
        </w:rPr>
      </w:pPr>
    </w:p>
    <w:p w14:paraId="2428512C" w14:textId="77777777" w:rsidR="000B120D" w:rsidRDefault="000B120D" w:rsidP="00FE26EC">
      <w:pPr>
        <w:spacing w:after="0"/>
        <w:rPr>
          <w:lang w:eastAsia="ja-JP"/>
        </w:rPr>
      </w:pPr>
    </w:p>
    <w:p w14:paraId="6712FD61" w14:textId="77777777" w:rsidR="000B120D" w:rsidRDefault="000B120D" w:rsidP="00FE26EC">
      <w:pPr>
        <w:spacing w:after="0"/>
        <w:rPr>
          <w:lang w:eastAsia="ja-JP"/>
        </w:rPr>
      </w:pPr>
    </w:p>
    <w:p w14:paraId="3CDED07C" w14:textId="77777777" w:rsidR="000B120D" w:rsidRDefault="000B120D" w:rsidP="00FE26EC">
      <w:pPr>
        <w:spacing w:after="0"/>
        <w:rPr>
          <w:lang w:eastAsia="ja-JP"/>
        </w:rPr>
      </w:pPr>
    </w:p>
    <w:p w14:paraId="1C7A449A" w14:textId="77777777" w:rsidR="000B120D" w:rsidRDefault="000B120D" w:rsidP="00FE26EC">
      <w:pPr>
        <w:spacing w:after="0"/>
        <w:rPr>
          <w:lang w:eastAsia="ja-JP"/>
        </w:rPr>
      </w:pPr>
    </w:p>
    <w:p w14:paraId="08A73BFF" w14:textId="77777777" w:rsidR="000B120D" w:rsidRDefault="000B120D" w:rsidP="00FE26EC">
      <w:pPr>
        <w:spacing w:after="0"/>
        <w:rPr>
          <w:lang w:eastAsia="ja-JP"/>
        </w:rPr>
      </w:pPr>
    </w:p>
    <w:p w14:paraId="076D8E52" w14:textId="77777777" w:rsidR="00E92FF7" w:rsidRDefault="00E92FF7" w:rsidP="00FE26EC">
      <w:pPr>
        <w:spacing w:after="0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2A664221" w14:textId="77777777">
        <w:trPr>
          <w:jc w:val="center"/>
        </w:trPr>
        <w:tc>
          <w:tcPr>
            <w:tcW w:w="103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8BFE3" w14:textId="77777777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FFFFFF"/>
                <w:lang w:eastAsia="ja-JP"/>
              </w:rPr>
              <w:t>2. 関係者との調整・交渉経験</w:t>
            </w:r>
          </w:p>
        </w:tc>
      </w:tr>
    </w:tbl>
    <w:p w14:paraId="3003BD96" w14:textId="77777777" w:rsidR="00025474" w:rsidRDefault="0099114D" w:rsidP="00FE26EC">
      <w:pPr>
        <w:spacing w:before="60" w:after="0"/>
        <w:rPr>
          <w:lang w:eastAsia="ja-JP"/>
        </w:rPr>
      </w:pPr>
      <w:r>
        <w:rPr>
          <w:color w:val="222222"/>
          <w:sz w:val="20"/>
          <w:lang w:eastAsia="ja-JP"/>
        </w:rPr>
        <w:t>立場や考え方の異なる関係者と調整・交渉しながら仕事を進めた経験について、具体的に記入してください。</w:t>
      </w:r>
    </w:p>
    <w:p w14:paraId="1A8CF5EA" w14:textId="77777777" w:rsidR="00025474" w:rsidRDefault="0099114D" w:rsidP="00FE26EC">
      <w:pPr>
        <w:spacing w:after="0"/>
        <w:ind w:left="173"/>
        <w:rPr>
          <w:lang w:eastAsia="ja-JP"/>
        </w:rPr>
      </w:pPr>
      <w:r>
        <w:rPr>
          <w:color w:val="5B6573"/>
          <w:sz w:val="18"/>
          <w:lang w:eastAsia="ja-JP"/>
        </w:rPr>
        <w:t>記入の観点：関係者は誰だったか／意見の違いや課題／ご自身が行った調整／結果</w:t>
      </w:r>
    </w:p>
    <w:p w14:paraId="6CBFB0FC" w14:textId="6E9E23CE" w:rsidR="00025474" w:rsidRDefault="00025474" w:rsidP="00FE26EC">
      <w:pPr>
        <w:spacing w:after="0"/>
        <w:rPr>
          <w:lang w:eastAsia="ja-JP"/>
        </w:rPr>
      </w:pPr>
    </w:p>
    <w:p w14:paraId="2C416B81" w14:textId="77777777" w:rsidR="000B120D" w:rsidRDefault="000B120D" w:rsidP="00FE26EC">
      <w:pPr>
        <w:spacing w:after="0"/>
        <w:rPr>
          <w:lang w:eastAsia="ja-JP"/>
        </w:rPr>
      </w:pPr>
    </w:p>
    <w:p w14:paraId="1845BAE6" w14:textId="77777777" w:rsidR="000B120D" w:rsidRDefault="000B120D" w:rsidP="00FE26EC">
      <w:pPr>
        <w:spacing w:after="0"/>
        <w:rPr>
          <w:lang w:eastAsia="ja-JP"/>
        </w:rPr>
      </w:pPr>
    </w:p>
    <w:p w14:paraId="4DB74A24" w14:textId="77777777" w:rsidR="000B120D" w:rsidRDefault="000B120D" w:rsidP="00FE26EC">
      <w:pPr>
        <w:spacing w:after="0"/>
        <w:rPr>
          <w:lang w:eastAsia="ja-JP"/>
        </w:rPr>
      </w:pPr>
    </w:p>
    <w:p w14:paraId="35C00451" w14:textId="77777777" w:rsidR="000B120D" w:rsidRDefault="000B120D" w:rsidP="00FE26EC">
      <w:pPr>
        <w:spacing w:after="0"/>
        <w:rPr>
          <w:lang w:eastAsia="ja-JP"/>
        </w:rPr>
      </w:pPr>
    </w:p>
    <w:p w14:paraId="187371C7" w14:textId="77777777" w:rsidR="000B120D" w:rsidRDefault="000B120D" w:rsidP="00FE26EC">
      <w:pPr>
        <w:spacing w:after="0"/>
        <w:rPr>
          <w:lang w:eastAsia="ja-JP"/>
        </w:rPr>
      </w:pPr>
    </w:p>
    <w:p w14:paraId="52733BD8" w14:textId="77777777" w:rsidR="000B120D" w:rsidRDefault="000B120D" w:rsidP="00FE26EC">
      <w:pPr>
        <w:spacing w:after="0"/>
        <w:rPr>
          <w:lang w:eastAsia="ja-JP"/>
        </w:rPr>
      </w:pPr>
    </w:p>
    <w:p w14:paraId="05FDC671" w14:textId="77777777" w:rsidR="000B120D" w:rsidRDefault="000B120D" w:rsidP="00FE26EC">
      <w:pPr>
        <w:spacing w:after="0"/>
        <w:rPr>
          <w:lang w:eastAsia="ja-JP"/>
        </w:rPr>
      </w:pPr>
    </w:p>
    <w:p w14:paraId="25C98C6C" w14:textId="77777777" w:rsidR="000B120D" w:rsidRDefault="000B120D" w:rsidP="00FE26EC">
      <w:pPr>
        <w:spacing w:after="0"/>
        <w:rPr>
          <w:lang w:eastAsia="ja-JP"/>
        </w:rPr>
      </w:pPr>
    </w:p>
    <w:p w14:paraId="58BC0007" w14:textId="77777777" w:rsidR="005E7A2C" w:rsidRDefault="005E7A2C">
      <w:pPr>
        <w:rPr>
          <w:lang w:eastAsia="ja-JP"/>
        </w:rPr>
      </w:pPr>
      <w:r>
        <w:rPr>
          <w:lang w:eastAsia="ja-JP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6EE76F1C" w14:textId="77777777">
        <w:trPr>
          <w:jc w:val="center"/>
        </w:trPr>
        <w:tc>
          <w:tcPr>
            <w:tcW w:w="103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8B228" w14:textId="2B3CDB76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FFFFFF"/>
                <w:lang w:eastAsia="ja-JP"/>
              </w:rPr>
              <w:lastRenderedPageBreak/>
              <w:t>3. 業務改善・仕組み化の経験</w:t>
            </w:r>
          </w:p>
        </w:tc>
      </w:tr>
    </w:tbl>
    <w:p w14:paraId="3F9E896C" w14:textId="77777777" w:rsidR="00025474" w:rsidRDefault="0099114D" w:rsidP="00FE26EC">
      <w:pPr>
        <w:spacing w:before="60" w:after="0"/>
        <w:rPr>
          <w:lang w:eastAsia="ja-JP"/>
        </w:rPr>
      </w:pPr>
      <w:r>
        <w:rPr>
          <w:color w:val="222222"/>
          <w:sz w:val="20"/>
          <w:lang w:eastAsia="ja-JP"/>
        </w:rPr>
        <w:t>業務上の課題を見つけ、改善・効率化・仕組みづくりに取り組んだ経験について記入してください。</w:t>
      </w:r>
    </w:p>
    <w:p w14:paraId="400ABEA3" w14:textId="77777777" w:rsidR="00025474" w:rsidRDefault="0099114D" w:rsidP="00FE26EC">
      <w:pPr>
        <w:spacing w:after="0"/>
        <w:ind w:left="173"/>
        <w:rPr>
          <w:lang w:eastAsia="ja-JP"/>
        </w:rPr>
      </w:pPr>
      <w:r>
        <w:rPr>
          <w:color w:val="5B6573"/>
          <w:sz w:val="18"/>
          <w:lang w:eastAsia="ja-JP"/>
        </w:rPr>
        <w:t>記入の観点：課題をどう捉えたか／具体的な改善内容／周囲をどう巻き込んだか／改善後の変化</w:t>
      </w:r>
    </w:p>
    <w:p w14:paraId="60452FC2" w14:textId="77777777" w:rsidR="00025474" w:rsidRDefault="00025474" w:rsidP="00FE26EC">
      <w:pPr>
        <w:spacing w:after="0"/>
        <w:rPr>
          <w:lang w:eastAsia="ja-JP"/>
        </w:rPr>
      </w:pPr>
    </w:p>
    <w:p w14:paraId="0189ADD5" w14:textId="77777777" w:rsidR="005E7A2C" w:rsidRDefault="005E7A2C" w:rsidP="00FE26EC">
      <w:pPr>
        <w:spacing w:after="0"/>
        <w:rPr>
          <w:lang w:eastAsia="ja-JP"/>
        </w:rPr>
      </w:pPr>
    </w:p>
    <w:p w14:paraId="053BCEA9" w14:textId="77777777" w:rsidR="005E7A2C" w:rsidRDefault="005E7A2C" w:rsidP="00FE26EC">
      <w:pPr>
        <w:spacing w:after="0"/>
        <w:rPr>
          <w:lang w:eastAsia="ja-JP"/>
        </w:rPr>
      </w:pPr>
    </w:p>
    <w:p w14:paraId="11871D47" w14:textId="77777777" w:rsidR="005E7A2C" w:rsidRDefault="005E7A2C" w:rsidP="00FE26EC">
      <w:pPr>
        <w:spacing w:after="0"/>
        <w:rPr>
          <w:lang w:eastAsia="ja-JP"/>
        </w:rPr>
      </w:pPr>
    </w:p>
    <w:p w14:paraId="11B814B2" w14:textId="77777777" w:rsidR="005E7A2C" w:rsidRDefault="005E7A2C" w:rsidP="00FE26EC">
      <w:pPr>
        <w:spacing w:after="0"/>
        <w:rPr>
          <w:lang w:eastAsia="ja-JP"/>
        </w:rPr>
      </w:pPr>
    </w:p>
    <w:p w14:paraId="0EDD1461" w14:textId="77777777" w:rsidR="005E7A2C" w:rsidRDefault="005E7A2C" w:rsidP="00FE26EC">
      <w:pPr>
        <w:spacing w:after="0"/>
        <w:rPr>
          <w:lang w:eastAsia="ja-JP"/>
        </w:rPr>
      </w:pPr>
    </w:p>
    <w:p w14:paraId="50A0C362" w14:textId="77777777" w:rsidR="005E7A2C" w:rsidRDefault="005E7A2C" w:rsidP="00FE26EC">
      <w:pPr>
        <w:spacing w:after="0"/>
        <w:rPr>
          <w:lang w:eastAsia="ja-JP"/>
        </w:rPr>
      </w:pPr>
    </w:p>
    <w:p w14:paraId="04379127" w14:textId="77777777" w:rsidR="005E7A2C" w:rsidRDefault="005E7A2C" w:rsidP="00FE26EC">
      <w:pPr>
        <w:spacing w:after="0"/>
        <w:rPr>
          <w:lang w:eastAsia="ja-JP"/>
        </w:rPr>
      </w:pPr>
    </w:p>
    <w:p w14:paraId="34129C0F" w14:textId="77777777" w:rsidR="005E7A2C" w:rsidRDefault="005E7A2C" w:rsidP="00FE26EC">
      <w:pPr>
        <w:spacing w:after="0"/>
        <w:rPr>
          <w:lang w:eastAsia="ja-JP"/>
        </w:rPr>
      </w:pPr>
    </w:p>
    <w:p w14:paraId="2CFF0880" w14:textId="77777777" w:rsidR="005E7A2C" w:rsidRDefault="005E7A2C" w:rsidP="00FE26EC">
      <w:pPr>
        <w:spacing w:after="0"/>
        <w:rPr>
          <w:lang w:eastAsia="ja-JP"/>
        </w:rPr>
      </w:pPr>
    </w:p>
    <w:p w14:paraId="6EE9C9AC" w14:textId="77777777" w:rsidR="005E7A2C" w:rsidRDefault="005E7A2C" w:rsidP="00FE26EC">
      <w:pPr>
        <w:spacing w:after="0"/>
        <w:rPr>
          <w:lang w:eastAsia="ja-JP"/>
        </w:rPr>
      </w:pPr>
    </w:p>
    <w:p w14:paraId="5D9547B4" w14:textId="77777777" w:rsidR="005E7A2C" w:rsidRDefault="005E7A2C" w:rsidP="00FE26EC">
      <w:pPr>
        <w:spacing w:after="0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6EC5080F" w14:textId="77777777">
        <w:trPr>
          <w:jc w:val="center"/>
        </w:trPr>
        <w:tc>
          <w:tcPr>
            <w:tcW w:w="103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6089B" w14:textId="77777777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FFFFFF"/>
                <w:lang w:eastAsia="ja-JP"/>
              </w:rPr>
              <w:t>4. マネジメント・後輩育成・プロジェクト管理等の経験</w:t>
            </w:r>
          </w:p>
        </w:tc>
      </w:tr>
    </w:tbl>
    <w:p w14:paraId="17D31AEB" w14:textId="77777777" w:rsidR="00025474" w:rsidRDefault="0099114D" w:rsidP="00FE26EC">
      <w:pPr>
        <w:spacing w:before="60" w:after="0"/>
        <w:rPr>
          <w:lang w:eastAsia="ja-JP"/>
        </w:rPr>
      </w:pPr>
      <w:r>
        <w:rPr>
          <w:color w:val="222222"/>
          <w:sz w:val="20"/>
          <w:lang w:eastAsia="ja-JP"/>
        </w:rPr>
        <w:t>人や業務をまとめた経験について記入してください。正式な管理職経験に限らず、後輩指導、プロジェクト、委託先、予算・進捗管理等も含みます。</w:t>
      </w:r>
    </w:p>
    <w:p w14:paraId="18BC5967" w14:textId="77777777" w:rsidR="00025474" w:rsidRDefault="0099114D" w:rsidP="00FE26EC">
      <w:pPr>
        <w:spacing w:after="0"/>
        <w:ind w:left="173"/>
        <w:rPr>
          <w:lang w:eastAsia="ja-JP"/>
        </w:rPr>
      </w:pPr>
      <w:r>
        <w:rPr>
          <w:color w:val="5B6573"/>
          <w:sz w:val="18"/>
          <w:lang w:eastAsia="ja-JP"/>
        </w:rPr>
        <w:t>記入の観点：対象・規模／担った役割／工夫したこと／難しかったことと対応／成果・学び</w:t>
      </w:r>
    </w:p>
    <w:p w14:paraId="6FF9AA96" w14:textId="5F3AB98C" w:rsidR="00025474" w:rsidRDefault="00025474" w:rsidP="00FE26EC">
      <w:pPr>
        <w:spacing w:after="0"/>
        <w:rPr>
          <w:lang w:eastAsia="ja-JP"/>
        </w:rPr>
      </w:pPr>
    </w:p>
    <w:p w14:paraId="1E3BCEF7" w14:textId="77777777" w:rsidR="005E7A2C" w:rsidRDefault="005E7A2C" w:rsidP="00FE26EC">
      <w:pPr>
        <w:spacing w:after="0"/>
        <w:rPr>
          <w:lang w:eastAsia="ja-JP"/>
        </w:rPr>
      </w:pPr>
    </w:p>
    <w:p w14:paraId="73505C50" w14:textId="77777777" w:rsidR="005E7A2C" w:rsidRDefault="005E7A2C" w:rsidP="00FE26EC">
      <w:pPr>
        <w:spacing w:after="0"/>
        <w:rPr>
          <w:lang w:eastAsia="ja-JP"/>
        </w:rPr>
      </w:pPr>
    </w:p>
    <w:p w14:paraId="26C954F9" w14:textId="77777777" w:rsidR="005E7A2C" w:rsidRDefault="005E7A2C" w:rsidP="00FE26EC">
      <w:pPr>
        <w:spacing w:after="0"/>
        <w:rPr>
          <w:lang w:eastAsia="ja-JP"/>
        </w:rPr>
      </w:pPr>
    </w:p>
    <w:p w14:paraId="318D6C51" w14:textId="77777777" w:rsidR="005E7A2C" w:rsidRDefault="005E7A2C" w:rsidP="00FE26EC">
      <w:pPr>
        <w:spacing w:after="0"/>
        <w:rPr>
          <w:lang w:eastAsia="ja-JP"/>
        </w:rPr>
      </w:pPr>
    </w:p>
    <w:p w14:paraId="0C9E8177" w14:textId="77777777" w:rsidR="005E7A2C" w:rsidRDefault="005E7A2C" w:rsidP="00FE26EC">
      <w:pPr>
        <w:spacing w:after="0"/>
        <w:rPr>
          <w:lang w:eastAsia="ja-JP"/>
        </w:rPr>
      </w:pPr>
    </w:p>
    <w:p w14:paraId="2C3C0A1D" w14:textId="77777777" w:rsidR="005E7A2C" w:rsidRDefault="005E7A2C" w:rsidP="00FE26EC">
      <w:pPr>
        <w:spacing w:after="0"/>
        <w:rPr>
          <w:lang w:eastAsia="ja-JP"/>
        </w:rPr>
      </w:pPr>
    </w:p>
    <w:p w14:paraId="011B8642" w14:textId="77777777" w:rsidR="005E7A2C" w:rsidRDefault="005E7A2C" w:rsidP="00FE26EC">
      <w:pPr>
        <w:spacing w:after="0"/>
        <w:rPr>
          <w:lang w:eastAsia="ja-JP"/>
        </w:rPr>
      </w:pPr>
    </w:p>
    <w:p w14:paraId="796F2BFB" w14:textId="77777777" w:rsidR="005E7A2C" w:rsidRDefault="005E7A2C" w:rsidP="00FE26EC">
      <w:pPr>
        <w:spacing w:after="0"/>
        <w:rPr>
          <w:lang w:eastAsia="ja-JP"/>
        </w:rPr>
      </w:pPr>
    </w:p>
    <w:p w14:paraId="7DE49A0E" w14:textId="77777777" w:rsidR="005E7A2C" w:rsidRDefault="005E7A2C" w:rsidP="00FE26EC">
      <w:pPr>
        <w:spacing w:after="0"/>
        <w:rPr>
          <w:lang w:eastAsia="ja-JP"/>
        </w:rPr>
      </w:pPr>
    </w:p>
    <w:p w14:paraId="0C2B5BD7" w14:textId="77777777" w:rsidR="005E7A2C" w:rsidRDefault="005E7A2C" w:rsidP="00FE26EC">
      <w:pPr>
        <w:spacing w:after="0"/>
        <w:rPr>
          <w:lang w:eastAsia="ja-JP"/>
        </w:rPr>
      </w:pPr>
    </w:p>
    <w:p w14:paraId="1A7618F8" w14:textId="77777777" w:rsidR="005E7A2C" w:rsidRDefault="005E7A2C" w:rsidP="00FE26EC">
      <w:pPr>
        <w:spacing w:after="0"/>
        <w:rPr>
          <w:lang w:eastAsia="ja-JP"/>
        </w:rPr>
      </w:pPr>
    </w:p>
    <w:p w14:paraId="413F968E" w14:textId="77777777" w:rsidR="005E7A2C" w:rsidRDefault="005E7A2C">
      <w:pPr>
        <w:rPr>
          <w:lang w:eastAsia="ja-JP"/>
        </w:rPr>
      </w:pPr>
      <w:r>
        <w:rPr>
          <w:lang w:eastAsia="ja-JP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655DB1BE" w14:textId="77777777">
        <w:trPr>
          <w:jc w:val="center"/>
        </w:trPr>
        <w:tc>
          <w:tcPr>
            <w:tcW w:w="103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B5612C" w14:textId="3FA893EC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b/>
                <w:color w:val="FFFFFF"/>
                <w:lang w:eastAsia="ja-JP"/>
              </w:rPr>
              <w:lastRenderedPageBreak/>
              <w:t>5. 未経験の業務を学び、身につけた経験</w:t>
            </w:r>
          </w:p>
        </w:tc>
      </w:tr>
    </w:tbl>
    <w:p w14:paraId="5678C148" w14:textId="77777777" w:rsidR="00025474" w:rsidRDefault="0099114D" w:rsidP="00FE26EC">
      <w:pPr>
        <w:spacing w:before="60" w:after="0"/>
        <w:rPr>
          <w:lang w:eastAsia="ja-JP"/>
        </w:rPr>
      </w:pPr>
      <w:r>
        <w:rPr>
          <w:color w:val="222222"/>
          <w:sz w:val="20"/>
          <w:lang w:eastAsia="ja-JP"/>
        </w:rPr>
        <w:t>それまで経験のなかった業務や分野を、新たに学びながら身につけた経験について記入してください。</w:t>
      </w:r>
    </w:p>
    <w:p w14:paraId="719BB946" w14:textId="77777777" w:rsidR="00025474" w:rsidRDefault="0099114D" w:rsidP="00FE26EC">
      <w:pPr>
        <w:spacing w:after="0"/>
        <w:ind w:left="173"/>
        <w:rPr>
          <w:lang w:eastAsia="ja-JP"/>
        </w:rPr>
      </w:pPr>
      <w:r>
        <w:rPr>
          <w:color w:val="5B6573"/>
          <w:sz w:val="18"/>
          <w:lang w:eastAsia="ja-JP"/>
        </w:rPr>
        <w:t>記入の観点：何を学ぶ必要があったか／どのように学んだか／どのくらいの期間で身につけたか／その後どのように活かしたか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25474" w14:paraId="26048C96" w14:textId="77777777">
        <w:trPr>
          <w:jc w:val="center"/>
        </w:trPr>
        <w:tc>
          <w:tcPr>
            <w:tcW w:w="10368" w:type="dxa"/>
            <w:tcBorders>
              <w:bottom w:val="single" w:sz="4" w:space="0" w:color="C7CED6"/>
            </w:tcBorders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E29D360" w14:textId="77777777" w:rsidR="00025474" w:rsidRDefault="00025474" w:rsidP="00FE26EC">
            <w:pPr>
              <w:spacing w:after="0"/>
              <w:rPr>
                <w:lang w:eastAsia="ja-JP"/>
              </w:rPr>
            </w:pPr>
          </w:p>
          <w:p w14:paraId="2AC22090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53282B8D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0AA715D5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7A935CBB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3AA50FAC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4B53EDEC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14554A8E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29F15611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7C59CF6B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228B1635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25D8B8A5" w14:textId="77777777" w:rsidR="005E7A2C" w:rsidRDefault="005E7A2C" w:rsidP="00FE26EC">
            <w:pPr>
              <w:spacing w:after="0"/>
              <w:rPr>
                <w:lang w:eastAsia="ja-JP"/>
              </w:rPr>
            </w:pPr>
          </w:p>
          <w:p w14:paraId="386F6F10" w14:textId="77777777" w:rsidR="00E92FF7" w:rsidRDefault="00E92FF7" w:rsidP="00FE26EC">
            <w:pPr>
              <w:spacing w:after="0"/>
              <w:rPr>
                <w:lang w:eastAsia="ja-JP"/>
              </w:rPr>
            </w:pPr>
          </w:p>
        </w:tc>
      </w:tr>
      <w:tr w:rsidR="00025474" w14:paraId="4F563070" w14:textId="77777777">
        <w:trPr>
          <w:jc w:val="center"/>
        </w:trPr>
        <w:tc>
          <w:tcPr>
            <w:tcW w:w="10368" w:type="dxa"/>
            <w:tcBorders>
              <w:top w:val="single" w:sz="4" w:space="0" w:color="D7D7D7"/>
              <w:left w:val="single" w:sz="4" w:space="0" w:color="D7D7D7"/>
              <w:bottom w:val="single" w:sz="4" w:space="0" w:color="D7D7D7"/>
              <w:right w:val="single" w:sz="4" w:space="0" w:color="D7D7D7"/>
            </w:tcBorders>
            <w:shd w:val="clear" w:color="auto" w:fill="F8F8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9027BDA" w14:textId="77777777" w:rsidR="00025474" w:rsidRDefault="0099114D" w:rsidP="00FE26EC">
            <w:pPr>
              <w:spacing w:after="0" w:line="252" w:lineRule="auto"/>
              <w:rPr>
                <w:lang w:eastAsia="ja-JP"/>
              </w:rPr>
            </w:pPr>
            <w:r>
              <w:rPr>
                <w:color w:val="666666"/>
                <w:sz w:val="17"/>
                <w:lang w:eastAsia="ja-JP"/>
              </w:rPr>
              <w:t>※ 本シートの記載内容は、書類選考および面接時の参考資料として使用します。</w:t>
            </w:r>
          </w:p>
        </w:tc>
      </w:tr>
    </w:tbl>
    <w:p w14:paraId="4B595483" w14:textId="77777777" w:rsidR="0099114D" w:rsidRDefault="0099114D" w:rsidP="00FE26EC">
      <w:pPr>
        <w:spacing w:after="0"/>
        <w:rPr>
          <w:lang w:eastAsia="ja-JP"/>
        </w:rPr>
      </w:pPr>
    </w:p>
    <w:sectPr w:rsidR="0099114D" w:rsidSect="00034616">
      <w:footerReference w:type="default" r:id="rId8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6E04E" w14:textId="77777777" w:rsidR="00264B36" w:rsidRDefault="00264B36">
      <w:pPr>
        <w:spacing w:after="0" w:line="240" w:lineRule="auto"/>
      </w:pPr>
      <w:r>
        <w:separator/>
      </w:r>
    </w:p>
  </w:endnote>
  <w:endnote w:type="continuationSeparator" w:id="0">
    <w:p w14:paraId="16AD6471" w14:textId="77777777" w:rsidR="00264B36" w:rsidRDefault="0026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831757"/>
      <w:docPartObj>
        <w:docPartGallery w:val="Page Numbers (Bottom of Page)"/>
        <w:docPartUnique/>
      </w:docPartObj>
    </w:sdtPr>
    <w:sdtEndPr/>
    <w:sdtContent>
      <w:p w14:paraId="14ECE754" w14:textId="7A8D1740" w:rsidR="005E7A2C" w:rsidRDefault="005E7A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21C50" w14:textId="77777777" w:rsidR="00264B36" w:rsidRDefault="00264B36">
      <w:pPr>
        <w:spacing w:after="0" w:line="240" w:lineRule="auto"/>
      </w:pPr>
      <w:r>
        <w:separator/>
      </w:r>
    </w:p>
  </w:footnote>
  <w:footnote w:type="continuationSeparator" w:id="0">
    <w:p w14:paraId="75109224" w14:textId="77777777" w:rsidR="00264B36" w:rsidRDefault="00264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0769983">
    <w:abstractNumId w:val="8"/>
  </w:num>
  <w:num w:numId="2" w16cid:durableId="1883589655">
    <w:abstractNumId w:val="6"/>
  </w:num>
  <w:num w:numId="3" w16cid:durableId="864711030">
    <w:abstractNumId w:val="5"/>
  </w:num>
  <w:num w:numId="4" w16cid:durableId="348407686">
    <w:abstractNumId w:val="4"/>
  </w:num>
  <w:num w:numId="5" w16cid:durableId="2002272599">
    <w:abstractNumId w:val="7"/>
  </w:num>
  <w:num w:numId="6" w16cid:durableId="1995522458">
    <w:abstractNumId w:val="3"/>
  </w:num>
  <w:num w:numId="7" w16cid:durableId="367295779">
    <w:abstractNumId w:val="2"/>
  </w:num>
  <w:num w:numId="8" w16cid:durableId="473452671">
    <w:abstractNumId w:val="1"/>
  </w:num>
  <w:num w:numId="9" w16cid:durableId="187153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474"/>
    <w:rsid w:val="00034616"/>
    <w:rsid w:val="0006063C"/>
    <w:rsid w:val="000B120D"/>
    <w:rsid w:val="000B413B"/>
    <w:rsid w:val="0015074B"/>
    <w:rsid w:val="001C2338"/>
    <w:rsid w:val="00264B36"/>
    <w:rsid w:val="0029639D"/>
    <w:rsid w:val="00321C93"/>
    <w:rsid w:val="00326F90"/>
    <w:rsid w:val="004A608B"/>
    <w:rsid w:val="004D0B87"/>
    <w:rsid w:val="005E7A2C"/>
    <w:rsid w:val="006770DC"/>
    <w:rsid w:val="008D27A0"/>
    <w:rsid w:val="008E0FC1"/>
    <w:rsid w:val="0099114D"/>
    <w:rsid w:val="00A455CE"/>
    <w:rsid w:val="00AA1D8D"/>
    <w:rsid w:val="00B47730"/>
    <w:rsid w:val="00C63A29"/>
    <w:rsid w:val="00C72F10"/>
    <w:rsid w:val="00C918BC"/>
    <w:rsid w:val="00CB0664"/>
    <w:rsid w:val="00E821C3"/>
    <w:rsid w:val="00E92FF7"/>
    <w:rsid w:val="00ED3887"/>
    <w:rsid w:val="00FC693F"/>
    <w:rsid w:val="00FE26EC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2069EFFE-11FE-4030-AF28-87FB8524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UD デジタル 教科書体 NP-R" w:eastAsia="UD デジタル 教科書体 NP-R" w:hAnsi="UD デジタル 教科書体 NP-R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職務経験シート 2027年 東京基督教大学 専任職員中途採用</dc:title>
  <dc:subject>職員採用応募書類</dc:subject>
  <dc:creator>東京基督教大学</dc:creator>
  <cp:keywords/>
  <dc:description>generated by python-docx</dc:description>
  <cp:lastModifiedBy>田中 秀亮</cp:lastModifiedBy>
  <cp:revision>16</cp:revision>
  <dcterms:created xsi:type="dcterms:W3CDTF">2013-12-23T23:15:00Z</dcterms:created>
  <dcterms:modified xsi:type="dcterms:W3CDTF">2026-10-20T05:39:00Z</dcterms:modified>
  <cp:category/>
</cp:coreProperties>
</file>